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חלקי הדיבר בקוביה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חלקי הדיבר ושימוש בהם בכתיבה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 /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https://kubiyot-lemida.sites.tab.bot/luach-chalakei-diber.html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שם עצם; 2 – שם תואר; 3 – פועל; 4 – תואר הפועל; 5 – מילת יחס; 6 – בחירה חופשית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עצם: גינה, ספסל, עציצים   שם תואר: ירוקה, גדול, קטן   פועל: שתלה, צחקו, נפגשים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שם תואר   2) ב – בשקט   3) ב – אל   4) א – יעלה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זה פועל בהווה, רבים   3) נכון   4) לא נכון – זה שם עצם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🧩 חלקי הדיבר בקוביה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זיהוי חלקי הדיבר ושימוש בהם בכתיבה.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עצם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של דבר, אדם או מקום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תואר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שמתארת: גדול, ירוק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פועל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🏃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של פעולה: רץ, שותל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מילת יחס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קטנה שמחברת: על, עם, ב־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מילים יחד עם רעיון אחד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נפגשים  |  גדול  |  ירוקה  |  עציצים  |  שתלה  |  קטן  |  צחקו  |  גינה  |  ספסל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שם עצם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שם תואר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פועל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במשפט "השכנה תלתה דף גדול" – מה חלק הדיבר של "גדול"?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שם עצם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שם תואר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פועל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איזו מילה היא תואר הפועל?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ספסל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בשקט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ירוקה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מהי מילת היחס במשפט "עלינו אל הגג"?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עלינו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הגג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איזו מילה היא פועל בזמן עתיד?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עולה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"ירוקה" היא שם תואר בנקבה יחידה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"קוטפים" הוא שם עצם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"מהר" יכול לשמש תואר הפועל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"גינה" היא פועל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(חלקי הדיבר בקוביה)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חלקי הדיבר בקוביה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