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חלקי הדיבר בקוביה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זיהוי חלקי הדיבר ושימוש בהם בכתיבה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 / חט״ב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https://kubiyot-lemida.sites.tab.bot/luach-chalakei-diber.html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שם עצם; 2 – שם תואר; 3 – פועל; 4 – תואר הפועל; 5 – מילת יחס; 6 – בחירה חופשית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לטבלה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שם עצם: גינה, ספסל, עציצים   שם תואר: ירוקה, גדול, קטן   פועל: שתלה, צחקו, נפגשים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בחרו את התשובה הנכונה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ב – שם תואר   2) ב – בשקט   3) ב – אל   4) א – יעלה   5) א – מילת יחס נטויה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 או לא נכון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נכון   2) לא נכון – זה פועל בהווה, רבים   3) נכון   4) לא נכון – זה שם עצם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🧩 חלקי הדיבר בקוביה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זיהוי חלקי הדיבר ושימוש בהם בכתיבה.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מיינו לטבלה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מילה בעמודה המתאימה.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📄 גינה של כולם (סיפור קצר)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על הגג של הבניין שלנו היו פעם רק אבק ואבנים. יום אחד הביאה השכנה מהקומה השלישית שלושה עציצים ושתלה בהם עגבניות.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הילדים בבניין צחקו: "מי יעלה כל יום לגג להשקות?" אבל השכנה לא ויתרה. היא תלתה על הדלת דף גדול וכתבה עליו: "מי שרוצה לעזור – מוזמן!"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בהתחלה עלו רק שניים. אחרי חודש כבר עלו עשרה. היום יש על הגג גינה ירוקה, ספסל עץ ושלט קטן: "גינה של כולם".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בכל יום שישי אנחנו נפגשים שם, קוטפים, משקים ומספרים מה עבר עלינו בשבוע.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עציצים  |  ירוקה  |  צחקו  |  גדול  |  נפגשים  |  קטן  |  שתלה  |  גינה  |  ספסל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שם עצם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שם תואר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פועל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התשובה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במשפט "השכנה תלתה דף גדול" – מה חלק הדיבר של "גדול"?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שם עצם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שם תואר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פועל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איזו מילה היא תואר הפועל?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ספסל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בשקט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ירוקה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מהי מילת היחס במשפט "עלינו אל הגג"?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עלינו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הגג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איזו מילה היא פועל בזמן עתיד?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עולה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מה חלק הדיבר של "שלי"?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מילת יחס נטויה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שם תואר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פועל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✔ בעמודה המתאימה. אם לא נכון – תקנו בעל פה או בכתב.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"ירוקה" היא שם תואר בנקבה יחידה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"קוטפים" הוא שם עצם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"מהר" יכול לשמש תואר הפועל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"גינה" היא פועל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(חלקי הדיבר בקוביה)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חלקי הדיבר בקוביה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