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חשבון וכפל בקוביה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תרגול עובדות חיבור, חיסור וכפל דרך המספר שיוצא בקוביה (בונוס ליסודי)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יסודי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https://kubiyot-lemida.sites.tab.bot/luach-cheshbon.html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אפשר לעבוד על הדף בתחנה, אחרי סבב גלגולים, או כשיעורי בית.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מקרא הקוביה: 1 – 1; 2 – 2; 3 – 3; 4 – 4; 5 – 5; 6 – 6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לוח המשימות והקוביה לקיפול – בעמוד הלוח באתר.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כפל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4   2) 6   3) 8   4) 5   5) 30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חיבור וחיסור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8   2) 4   3) 9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גלגלו ובצעו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לפי הלוח   2) כנ״ל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כתיבה קצרה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המשימה בוצעה במלואה; משפטים שלמים; שימוש נכון במושגים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✖️ חשבון וכפל בקוביה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תרגלו את מה שעשיתם בתחנת הקוביות: תרגול עובדות חיבור, חיסור וכפל דרך המספר שיוצא בקוביה (בונוס ליסודי).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כפל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פתרו את תרגילי הכפל.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1 × 4 = 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2 × 3 = 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3. 2 × 4 = 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4. 1 × 5 = 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5. 6 × 5 =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חיבור וחיסור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פתרו.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1 + 7 = 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8 − 4 = 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3. 3 + 6 =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גלגלו ובצעו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גלגלו את הקוביה (קוביית נייר או הקוביה באתר) ובצעו את המשימה מהלוח.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גלגול 1: יצא המספר ___. המשימה (בעמודה ➕ חיבור וחיסור):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גלגול 2: יצא המספר ___. המשימה (בעמודה ➕ חיבור וחיסור):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כתיבה קצרה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בחרו משימה אחת מהלוח (חשבון וכפל בקוביה) וכתבו את התשובה המלאה כאן.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משימה אחת שעשיתי היום בקוביה: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משהו שעוד קשה לי: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הרגשתי בתחנה?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חשבון וכפל בקוביה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